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Продаётся готовый бизнес: семь фраз из объявления и что за ними обычно стоит</w:t>
      </w:r>
    </w:p>
    <w:p>
      <w:r>
        <w:rPr>
          <w:b w:val="0"/>
        </w:rPr>
        <w:t>Объявления о продаже готового бизнеса читаются как признания в любви. Дело отлаженное, место проходное, клиенты ходят, документы в порядке, продаю только из-за переезда.</w:t>
      </w:r>
    </w:p>
    <w:p>
      <w:r>
        <w:rPr>
          <w:b w:val="0"/>
        </w:rPr>
        <w:t>Половина этих фраз ничего не значит, пока вы не зададите к ней один уточняющий вопрос. Собрали семь самых частых - и то, что за ними чаще всего прячется.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ki-01-oblozhk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Небольшая уютная кофейня солнечным утром: светлые венские стулья подняты на столы, на стойке лежит связка ключей, стоят колпак с круассанами и звонок, за спиной блестящая кофемашина и полки с цветными чашками, на подоконнике много зелени, из окна льётся свет.</w:t>
      </w:r>
    </w:p>
    <w:p>
      <w:pPr>
        <w:pStyle w:val="Heading2"/>
      </w:pPr>
      <w:r>
        <w:t>«Бизнес под ключ»</w:t>
      </w:r>
    </w:p>
    <w:p>
      <w:r>
        <w:rPr>
          <w:b w:val="0"/>
        </w:rPr>
        <w:t>Красивая формулировка, за которой может быть что угодно - от полностью работающей точки до коробки с логотипом и папки инструкций.</w:t>
      </w:r>
    </w:p>
    <w:p>
      <w:r>
        <w:rPr>
          <w:b w:val="0"/>
        </w:rPr>
        <w:t>Вопрос простой: дайте перечень. Что именно входит в комплект, по пунктам, с указанием, что новое, а что подержанное.</w:t>
      </w:r>
    </w:p>
    <w:p>
      <w:r>
        <w:rPr>
          <w:b w:val="0"/>
        </w:rPr>
        <w:t>Если в ответ вам присылают ту же презентацию, где написано «под ключ», - это и есть ответ.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ki-01-pod-klyuch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Раскрытая картонная коробка на светлом деревянном столе, доверху набранная: папка с бумагами, связка ключей, рулоны кассовой ленты, стопка белых тарелок. Рядом горшок с зелёным ростком и яркая разноцветная кружка. Солнечный свет из окна.</w:t>
      </w:r>
    </w:p>
    <w:p>
      <w:pPr>
        <w:pStyle w:val="Heading2"/>
      </w:pPr>
      <w:r>
        <w:t>«Окупаемость - полгода»</w:t>
      </w:r>
    </w:p>
    <w:p>
      <w:r>
        <w:rPr>
          <w:b w:val="0"/>
        </w:rPr>
        <w:t>Срок окупаемости - это не свойство бизнеса, а результат деления. Сверху сумма вложений, снизу прибыль. Оба числа считает продавец, и оба он выбирает сам.</w:t>
      </w:r>
    </w:p>
    <w:p>
      <w:r>
        <w:rPr>
          <w:b w:val="0"/>
        </w:rPr>
        <w:t>Спросите, что стоит в числителе. Входит ли туда ремонт, депозит за аренду, закупка первого товара, зарплата за месяцы, пока выручки почти нет.</w:t>
      </w:r>
    </w:p>
    <w:p>
      <w:r>
        <w:rPr>
          <w:b w:val="0"/>
        </w:rPr>
        <w:t>Обычно выясняется, что срок посчитан от момента, когда точка уже вышла на нормальную загрузку. А до этого момента ещё надо дожить и заплатить.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ki-01-okupaemos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Вид сверху на солнечный стол: раскрытый блокнот, исписанный ровными столбиками цифр, калькулятор с числом на экране, чашка кофе, цветные стикеры, горшок с растением и ручка. Резкие тени от полуденного света.</w:t>
      </w:r>
    </w:p>
    <w:p>
      <w:pPr>
        <w:pStyle w:val="Heading2"/>
      </w:pPr>
      <w:r>
        <w:t>«Прибыль двести тысяч в месяц»</w:t>
      </w:r>
    </w:p>
    <w:p>
      <w:r>
        <w:rPr>
          <w:b w:val="0"/>
        </w:rPr>
        <w:t>Первым делом уточните, прибыль это или выручка. Разница между ними - все расходы, и путают их подозрительно часто.</w:t>
      </w:r>
    </w:p>
    <w:p>
      <w:r>
        <w:rPr>
          <w:b w:val="0"/>
        </w:rPr>
        <w:t>Дальше просите показать, из чего сложилось число. Выписка по счёту, отчёты кассы, договоры с поставщиками, зарплатная ведомость. Не таблица в презентации, а документы, где видно движение денег.</w:t>
      </w:r>
    </w:p>
    <w:p>
      <w:r>
        <w:rPr>
          <w:b w:val="0"/>
        </w:rPr>
        <w:t>Отказ показывать - тоже информация. Причём довольно полная.</w:t>
      </w:r>
    </w:p>
    <w:p>
      <w:pPr>
        <w:pStyle w:val="Heading2"/>
      </w:pPr>
      <w:r>
        <w:t>«Проходное место, аренда копейки»</w:t>
      </w:r>
    </w:p>
    <w:p>
      <w:r>
        <w:rPr>
          <w:b w:val="0"/>
        </w:rPr>
        <w:t>Место действительно может быть прекрасным. Вопрос в том, ваше ли оно будет завтра.</w:t>
      </w:r>
    </w:p>
    <w:p>
      <w:r>
        <w:rPr>
          <w:b w:val="0"/>
        </w:rPr>
        <w:t>Смотрите договор аренды: на кого оформлен, до какого числа, есть ли право продления и как быстро собственник может поднять ставку. Бывает, что договор истекает через два месяца, а новый хозяин помещения уже нашёл арендатора на другую ставку.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ki-01-mest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Светлое помещение маленького магазина после ремонта: широкая стеклянная дверь и витрина на солнечную улицу с зелёными деревьями и разноцветными домами, на полу полосы света, у стены стоит раскрытая стремянка, рядом банки с краской и валик.</w:t>
      </w:r>
    </w:p>
    <w:p>
      <w:pPr>
        <w:pStyle w:val="Heading2"/>
      </w:pPr>
      <w:r>
        <w:t>«Продаю по семейным обстоятельствам»</w:t>
      </w:r>
    </w:p>
    <w:p>
      <w:r>
        <w:rPr>
          <w:b w:val="0"/>
        </w:rPr>
        <w:t>Самая безобидная фраза в списке, и проверять в ней нечего. Люди действительно переезжают, разводятся и меняют занятие.</w:t>
      </w:r>
    </w:p>
    <w:p>
      <w:r>
        <w:rPr>
          <w:b w:val="0"/>
        </w:rPr>
        <w:t>Проверять надо другое: долги. Задолженность по аренде, неоплаченные поставки, кредиты на оборудование, налоговые претензии. Причина продажи никак не связана с тем, что вы получите вместе с делом.</w:t>
      </w:r>
    </w:p>
    <w:p>
      <w:r>
        <w:rPr>
          <w:b w:val="0"/>
        </w:rPr>
        <w:t>Хорошая новость в том, что часть этого видно в открытых источниках - и бесплатно.</w:t>
      </w:r>
    </w:p>
    <w:p>
      <w:pPr>
        <w:pStyle w:val="Heading2"/>
      </w:pPr>
      <w:r>
        <w:t>«Все документы в порядке»</w:t>
      </w:r>
    </w:p>
    <w:p>
      <w:r>
        <w:rPr>
          <w:b w:val="0"/>
        </w:rPr>
        <w:t>Уточняющий вопрос звучит скучно, но работает: какие именно документы?</w:t>
      </w:r>
    </w:p>
    <w:p>
      <w:r>
        <w:rPr>
          <w:b w:val="0"/>
        </w:rPr>
        <w:t>Обычно нужен список: на кого оформлено юридическое лицо или ИП, кому принадлежит вывеска и название, есть ли лицензии и разрешения для этого вида деятельности, зарегистрирована ли касса, оформлены ли сотрудники.</w:t>
      </w:r>
    </w:p>
    <w:p>
      <w:r>
        <w:rPr>
          <w:b w:val="0"/>
        </w:rPr>
        <w:t>Отдельная история - название. Часто оказывается, что вывеска не принадлежит никому: знак не регистрировали, и через полгода вас может попросить сменить её тот, кто зарегистрировал такое же.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ki-01-dokumenty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Солнечный стол: веером разложены разноцветные папки, поверх них стопка документов, рядом очки, деревянная печать со штемпельной подушкой, скрепки, жёлтый стикер, кружка чая и горшок с зелёным растением.</w:t>
      </w:r>
    </w:p>
    <w:p>
      <w:pPr>
        <w:pStyle w:val="Heading2"/>
      </w:pPr>
      <w:r>
        <w:t>«Клиентская база пять тысяч человек»</w:t>
      </w:r>
    </w:p>
    <w:p>
      <w:r>
        <w:rPr>
          <w:b w:val="0"/>
        </w:rPr>
        <w:t>Самая эффектная строка объявления и самая пустая.</w:t>
      </w:r>
    </w:p>
    <w:p>
      <w:r>
        <w:rPr>
          <w:b w:val="0"/>
        </w:rPr>
        <w:t>Во-первых, база - это не имущество, её нельзя просто передать. Персональные данные людей собирались с их согласия и для конкретной цели, и «продажа новому владельцу» в это согласие обычно не входит.</w:t>
      </w:r>
    </w:p>
    <w:p>
      <w:r>
        <w:rPr>
          <w:b w:val="0"/>
        </w:rPr>
        <w:t>Во-вторых, спросите, что там на самом деле: живые покупатели за последний год или выгрузка контактов десятилетней давности.</w:t>
      </w:r>
    </w:p>
    <w:p>
      <w:r>
        <w:rPr>
          <w:b w:val="0"/>
        </w:rPr>
        <w:t>Полезнее не список телефонов, а понимание, откуда приходили клиенты. Это не передаётся файлом, зато об этом можно расспросить.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ki-01-baza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Открытый ноутбук на светлом столе у окна: экран плотно заполнен таблицей из множества строк и столбцов с числами, в углу цветная столбчатая диаграмма. Рядом кружка на подставке, блокнот, карандаш и мышь. Дневной свет, за окном зелень.</w:t>
      </w:r>
    </w:p>
    <w:p>
      <w:pPr>
        <w:pStyle w:val="Heading2"/>
      </w:pPr>
      <w:r>
        <w:t>Что делать перед встречей</w:t>
      </w:r>
    </w:p>
    <w:p>
      <w:r>
        <w:rPr>
          <w:b w:val="0"/>
        </w:rPr>
        <w:t>Ни один из вопросов выше не требует юриста и не стоит денег. Всё это выясняется в переписке до просмотра.</w:t>
      </w:r>
    </w:p>
    <w:p>
      <w:r>
        <w:rPr>
          <w:b w:val="0"/>
        </w:rPr>
        <w:t>Порядок такой. Сначала просите перечень того, что продаётся. Потом документы, подтверждающие доход. Потом договор аренды. Потом сведения о том, кому принадлежит название.</w:t>
      </w:r>
    </w:p>
    <w:p>
      <w:r>
        <w:rPr>
          <w:b w:val="0"/>
        </w:rPr>
        <w:t>Если на четвёртом пункте разговор заканчивается - вы сэкономили несколько месяцев жизни и сумму, которую даже не хочется называть.</w:t>
      </w:r>
    </w:p>
    <w:p>
      <w:r>
        <w:rPr>
          <w:b/>
        </w:rPr>
        <w:t>Источник:</w:t>
      </w:r>
      <w:r>
        <w:rPr>
          <w:b w:val="0"/>
        </w:rPr>
        <w:t xml:space="preserve"> авторский пост.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